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7C6" w:rsidRDefault="003650A3">
      <w:pPr>
        <w:spacing w:after="40"/>
        <w:jc w:val="center"/>
      </w:pPr>
      <w:r>
        <w:rPr>
          <w:b/>
          <w:sz w:val="20"/>
        </w:rPr>
        <w:t>ALLEGATO A</w:t>
      </w:r>
    </w:p>
    <w:p w:rsidR="00D747C6" w:rsidRDefault="003650A3">
      <w:pPr>
        <w:spacing w:after="20"/>
        <w:jc w:val="center"/>
      </w:pPr>
      <w:r>
        <w:rPr>
          <w:b/>
          <w:sz w:val="28"/>
        </w:rPr>
        <w:t>MODULO PER LA PROPOSTA DI REFERENTE O COMPONENTE</w:t>
      </w:r>
    </w:p>
    <w:p w:rsidR="00D747C6" w:rsidRDefault="003650A3">
      <w:pPr>
        <w:spacing w:after="140"/>
        <w:jc w:val="center"/>
      </w:pPr>
      <w:r>
        <w:rPr>
          <w:b/>
          <w:sz w:val="24"/>
        </w:rPr>
        <w:t>DELLE COMMISSIONI NAZIONALI</w:t>
      </w:r>
    </w:p>
    <w:p w:rsidR="00D747C6" w:rsidRDefault="003650A3">
      <w:pPr>
        <w:spacing w:after="140"/>
        <w:jc w:val="center"/>
      </w:pPr>
      <w:r>
        <w:rPr>
          <w:sz w:val="18"/>
        </w:rPr>
        <w:t>Compilare un modulo per ciascun professionista e per ciascuna Commissione proposta.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6690"/>
      </w:tblGrid>
      <w:tr w:rsidR="00D747C6">
        <w:tc>
          <w:tcPr>
            <w:tcW w:w="9638" w:type="dxa"/>
            <w:gridSpan w:val="2"/>
            <w:shd w:val="clear" w:color="auto" w:fill="D9E2F3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0D747C6" w:rsidRDefault="003650A3">
            <w:r>
              <w:rPr>
                <w:b/>
              </w:rPr>
              <w:t>1. PROPOSTA DELL’ORDINE</w:t>
            </w:r>
          </w:p>
        </w:tc>
      </w:tr>
      <w:tr w:rsidR="00D747C6">
        <w:tc>
          <w:tcPr>
            <w:tcW w:w="2948" w:type="dxa"/>
            <w:shd w:val="clear" w:color="auto" w:fill="F2F4F7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3650A3">
            <w:r>
              <w:rPr>
                <w:b/>
                <w:sz w:val="18"/>
              </w:rPr>
              <w:t>Ordine territoriale proponente</w:t>
            </w:r>
          </w:p>
        </w:tc>
        <w:tc>
          <w:tcPr>
            <w:tcW w:w="6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D747C6"/>
        </w:tc>
      </w:tr>
      <w:tr w:rsidR="00D747C6">
        <w:tc>
          <w:tcPr>
            <w:tcW w:w="2948" w:type="dxa"/>
            <w:shd w:val="clear" w:color="auto" w:fill="F2F4F7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3650A3">
            <w:r>
              <w:rPr>
                <w:b/>
                <w:sz w:val="18"/>
              </w:rPr>
              <w:t>Commissione Nazionale</w:t>
            </w:r>
          </w:p>
        </w:tc>
        <w:tc>
          <w:tcPr>
            <w:tcW w:w="6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D747C6"/>
        </w:tc>
      </w:tr>
      <w:tr w:rsidR="00D747C6">
        <w:tc>
          <w:tcPr>
            <w:tcW w:w="2948" w:type="dxa"/>
            <w:shd w:val="clear" w:color="auto" w:fill="F2F4F7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3650A3">
            <w:r>
              <w:rPr>
                <w:b/>
                <w:sz w:val="18"/>
              </w:rPr>
              <w:t>Qualifica proposta</w:t>
            </w:r>
          </w:p>
        </w:tc>
        <w:tc>
          <w:tcPr>
            <w:tcW w:w="6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3650A3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Referente     ☐ Componente</w:t>
            </w:r>
          </w:p>
        </w:tc>
      </w:tr>
    </w:tbl>
    <w:p w:rsidR="00D747C6" w:rsidRDefault="00D747C6">
      <w:pPr>
        <w:spacing w:after="40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6690"/>
      </w:tblGrid>
      <w:tr w:rsidR="00D747C6">
        <w:tc>
          <w:tcPr>
            <w:tcW w:w="9638" w:type="dxa"/>
            <w:gridSpan w:val="2"/>
            <w:shd w:val="clear" w:color="auto" w:fill="D9E2F3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0D747C6" w:rsidRDefault="003650A3">
            <w:r>
              <w:rPr>
                <w:b/>
              </w:rPr>
              <w:t>2. DATI DEL PROFESSIONISTA PROPOSTO</w:t>
            </w:r>
          </w:p>
        </w:tc>
      </w:tr>
      <w:tr w:rsidR="00D747C6">
        <w:tc>
          <w:tcPr>
            <w:tcW w:w="2948" w:type="dxa"/>
            <w:shd w:val="clear" w:color="auto" w:fill="F2F4F7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3650A3">
            <w:r>
              <w:rPr>
                <w:b/>
                <w:sz w:val="18"/>
              </w:rPr>
              <w:t>Nome e cognome</w:t>
            </w:r>
          </w:p>
        </w:tc>
        <w:tc>
          <w:tcPr>
            <w:tcW w:w="6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D747C6"/>
        </w:tc>
      </w:tr>
      <w:tr w:rsidR="00D747C6">
        <w:tc>
          <w:tcPr>
            <w:tcW w:w="2948" w:type="dxa"/>
            <w:shd w:val="clear" w:color="auto" w:fill="F2F4F7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3650A3">
            <w:r>
              <w:rPr>
                <w:b/>
                <w:sz w:val="18"/>
              </w:rPr>
              <w:t>Titolo professionale</w:t>
            </w:r>
          </w:p>
        </w:tc>
        <w:tc>
          <w:tcPr>
            <w:tcW w:w="6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3650A3"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Chimico/a     ☐ Fisico/a     ☐ Altro: __________________</w:t>
            </w:r>
          </w:p>
        </w:tc>
      </w:tr>
      <w:tr w:rsidR="00D747C6">
        <w:tc>
          <w:tcPr>
            <w:tcW w:w="2948" w:type="dxa"/>
            <w:shd w:val="clear" w:color="auto" w:fill="F2F4F7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3650A3">
            <w:r>
              <w:rPr>
                <w:b/>
                <w:sz w:val="18"/>
              </w:rPr>
              <w:t>Ordine di appartenenza</w:t>
            </w:r>
          </w:p>
        </w:tc>
        <w:tc>
          <w:tcPr>
            <w:tcW w:w="6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D747C6"/>
        </w:tc>
      </w:tr>
      <w:tr w:rsidR="00D747C6">
        <w:tc>
          <w:tcPr>
            <w:tcW w:w="2948" w:type="dxa"/>
            <w:shd w:val="clear" w:color="auto" w:fill="F2F4F7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3650A3">
            <w:r>
              <w:rPr>
                <w:b/>
                <w:sz w:val="18"/>
              </w:rPr>
              <w:t>Numero e sezione dell’Albo</w:t>
            </w:r>
          </w:p>
        </w:tc>
        <w:tc>
          <w:tcPr>
            <w:tcW w:w="6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D747C6"/>
        </w:tc>
      </w:tr>
      <w:tr w:rsidR="00D747C6">
        <w:tc>
          <w:tcPr>
            <w:tcW w:w="2948" w:type="dxa"/>
            <w:shd w:val="clear" w:color="auto" w:fill="F2F4F7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3650A3">
            <w:r>
              <w:rPr>
                <w:b/>
                <w:sz w:val="18"/>
              </w:rPr>
              <w:t>E-mail</w:t>
            </w:r>
          </w:p>
        </w:tc>
        <w:tc>
          <w:tcPr>
            <w:tcW w:w="6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D747C6"/>
        </w:tc>
      </w:tr>
      <w:tr w:rsidR="00D747C6">
        <w:tc>
          <w:tcPr>
            <w:tcW w:w="2948" w:type="dxa"/>
            <w:shd w:val="clear" w:color="auto" w:fill="F2F4F7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3650A3">
            <w:r>
              <w:rPr>
                <w:b/>
                <w:sz w:val="18"/>
              </w:rPr>
              <w:t>Telefono</w:t>
            </w:r>
          </w:p>
        </w:tc>
        <w:tc>
          <w:tcPr>
            <w:tcW w:w="6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D747C6"/>
        </w:tc>
      </w:tr>
    </w:tbl>
    <w:p w:rsidR="00D747C6" w:rsidRDefault="00D747C6">
      <w:pPr>
        <w:spacing w:after="40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6690"/>
      </w:tblGrid>
      <w:tr w:rsidR="00D747C6">
        <w:tc>
          <w:tcPr>
            <w:tcW w:w="9638" w:type="dxa"/>
            <w:gridSpan w:val="2"/>
            <w:shd w:val="clear" w:color="auto" w:fill="D9E2F3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0D747C6" w:rsidRDefault="003650A3">
            <w:r>
              <w:rPr>
                <w:b/>
              </w:rPr>
              <w:t>3. COMPETENZE E MOTIVAZIONE</w:t>
            </w:r>
          </w:p>
        </w:tc>
      </w:tr>
      <w:tr w:rsidR="00D747C6">
        <w:tc>
          <w:tcPr>
            <w:tcW w:w="2948" w:type="dxa"/>
            <w:shd w:val="clear" w:color="auto" w:fill="F2F4F7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3650A3">
            <w:r>
              <w:rPr>
                <w:b/>
                <w:sz w:val="18"/>
              </w:rPr>
              <w:t>Sintesi delle competenze specifiche</w:t>
            </w:r>
          </w:p>
        </w:tc>
        <w:tc>
          <w:tcPr>
            <w:tcW w:w="6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3650A3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D747C6">
        <w:tc>
          <w:tcPr>
            <w:tcW w:w="2948" w:type="dxa"/>
            <w:shd w:val="clear" w:color="auto" w:fill="F2F4F7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3650A3">
            <w:r>
              <w:rPr>
                <w:b/>
                <w:sz w:val="18"/>
              </w:rPr>
              <w:t>Esperienze professionali pertinenti</w:t>
            </w:r>
          </w:p>
        </w:tc>
        <w:tc>
          <w:tcPr>
            <w:tcW w:w="6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3650A3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  <w:tr w:rsidR="00D747C6">
        <w:tc>
          <w:tcPr>
            <w:tcW w:w="2948" w:type="dxa"/>
            <w:shd w:val="clear" w:color="auto" w:fill="F2F4F7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3650A3">
            <w:r>
              <w:rPr>
                <w:b/>
                <w:sz w:val="18"/>
              </w:rPr>
              <w:t>Motivazione della proposta</w:t>
            </w:r>
          </w:p>
        </w:tc>
        <w:tc>
          <w:tcPr>
            <w:tcW w:w="6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D747C6" w:rsidRDefault="003650A3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:rsidR="00D747C6" w:rsidRDefault="003650A3">
      <w:pPr>
        <w:spacing w:before="80" w:after="100"/>
      </w:pPr>
      <w:r>
        <w:rPr>
          <w:sz w:val="18"/>
        </w:rPr>
        <w:t xml:space="preserve">Allegati:  ☐ curriculum vitae aggiornato     ☐ ulteriore documentazione (specificare): </w:t>
      </w:r>
      <w:r>
        <w:rPr>
          <w:sz w:val="18"/>
        </w:rPr>
        <w:t>__________________________</w:t>
      </w:r>
    </w:p>
    <w:p w:rsidR="00D747C6" w:rsidRDefault="003650A3">
      <w:pPr>
        <w:keepNext/>
      </w:pPr>
      <w:r>
        <w:rPr>
          <w:b/>
        </w:rPr>
        <w:t>4. DICHIARAZIONE DEL PROFESSIONISTA PROPOSTO</w:t>
      </w:r>
    </w:p>
    <w:p w:rsidR="00D747C6" w:rsidRDefault="003650A3" w:rsidP="00592DAF">
      <w:pPr>
        <w:spacing w:after="80"/>
        <w:jc w:val="both"/>
      </w:pPr>
      <w:proofErr w:type="gramStart"/>
      <w:r>
        <w:rPr>
          <w:sz w:val="17"/>
        </w:rPr>
        <w:t>Il/La sottoscritto/a dichiara di essere disponibile a partecipare ai lavori della Commissione sopra indicata; di essere consapevole che la proposta non equivale a nomina, la quale comp</w:t>
      </w:r>
      <w:r>
        <w:rPr>
          <w:sz w:val="17"/>
        </w:rPr>
        <w:t xml:space="preserve">ete esclusivamente al Comitato Centrale; di accettare che l’eventuale incarico di Referente o componente è </w:t>
      </w:r>
      <w:proofErr w:type="spellStart"/>
      <w:r>
        <w:rPr>
          <w:sz w:val="17"/>
        </w:rPr>
        <w:t>svolto</w:t>
      </w:r>
      <w:proofErr w:type="spellEnd"/>
      <w:r>
        <w:rPr>
          <w:sz w:val="17"/>
        </w:rPr>
        <w:t xml:space="preserve"> a </w:t>
      </w:r>
      <w:proofErr w:type="spellStart"/>
      <w:r>
        <w:rPr>
          <w:sz w:val="17"/>
        </w:rPr>
        <w:t>titolo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gratuito</w:t>
      </w:r>
      <w:proofErr w:type="spellEnd"/>
      <w:r w:rsidR="00592DAF">
        <w:rPr>
          <w:sz w:val="17"/>
        </w:rPr>
        <w:t xml:space="preserve"> e </w:t>
      </w:r>
      <w:proofErr w:type="spellStart"/>
      <w:r w:rsidR="00592DAF">
        <w:rPr>
          <w:sz w:val="17"/>
        </w:rPr>
        <w:t>che</w:t>
      </w:r>
      <w:proofErr w:type="spellEnd"/>
      <w:r w:rsidR="00592DAF">
        <w:rPr>
          <w:sz w:val="17"/>
        </w:rPr>
        <w:t xml:space="preserve"> </w:t>
      </w:r>
      <w:proofErr w:type="spellStart"/>
      <w:r w:rsidR="00592DAF">
        <w:rPr>
          <w:sz w:val="17"/>
        </w:rPr>
        <w:t>i</w:t>
      </w:r>
      <w:proofErr w:type="spellEnd"/>
      <w:r w:rsidR="00592DAF">
        <w:rPr>
          <w:sz w:val="17"/>
        </w:rPr>
        <w:t xml:space="preserve"> nominative </w:t>
      </w:r>
      <w:proofErr w:type="spellStart"/>
      <w:r w:rsidR="00592DAF">
        <w:rPr>
          <w:sz w:val="17"/>
        </w:rPr>
        <w:t>dei</w:t>
      </w:r>
      <w:proofErr w:type="spellEnd"/>
      <w:r w:rsidR="00592DAF">
        <w:rPr>
          <w:sz w:val="17"/>
        </w:rPr>
        <w:t xml:space="preserve"> component la </w:t>
      </w:r>
      <w:proofErr w:type="spellStart"/>
      <w:r w:rsidR="00592DAF">
        <w:rPr>
          <w:sz w:val="17"/>
        </w:rPr>
        <w:t>Commissione</w:t>
      </w:r>
      <w:proofErr w:type="spellEnd"/>
      <w:r w:rsidR="00592DAF">
        <w:rPr>
          <w:sz w:val="17"/>
        </w:rPr>
        <w:t xml:space="preserve"> </w:t>
      </w:r>
      <w:proofErr w:type="spellStart"/>
      <w:r w:rsidR="00592DAF">
        <w:rPr>
          <w:sz w:val="17"/>
        </w:rPr>
        <w:t>saranno</w:t>
      </w:r>
      <w:proofErr w:type="spellEnd"/>
      <w:r w:rsidR="00592DAF">
        <w:rPr>
          <w:sz w:val="17"/>
        </w:rPr>
        <w:t xml:space="preserve"> </w:t>
      </w:r>
      <w:proofErr w:type="spellStart"/>
      <w:r w:rsidR="00592DAF">
        <w:rPr>
          <w:sz w:val="17"/>
        </w:rPr>
        <w:t>pubblicati</w:t>
      </w:r>
      <w:proofErr w:type="spellEnd"/>
      <w:r w:rsidR="00592DAF">
        <w:rPr>
          <w:sz w:val="17"/>
        </w:rPr>
        <w:t xml:space="preserve"> </w:t>
      </w:r>
      <w:proofErr w:type="spellStart"/>
      <w:r w:rsidR="00592DAF">
        <w:rPr>
          <w:sz w:val="17"/>
        </w:rPr>
        <w:t>sul</w:t>
      </w:r>
      <w:proofErr w:type="spellEnd"/>
      <w:r w:rsidR="00592DAF">
        <w:rPr>
          <w:sz w:val="17"/>
        </w:rPr>
        <w:t xml:space="preserve"> </w:t>
      </w:r>
      <w:proofErr w:type="spellStart"/>
      <w:r w:rsidR="00592DAF">
        <w:rPr>
          <w:sz w:val="17"/>
        </w:rPr>
        <w:t>sito</w:t>
      </w:r>
      <w:proofErr w:type="spellEnd"/>
      <w:r w:rsidR="00592DAF">
        <w:rPr>
          <w:sz w:val="17"/>
        </w:rPr>
        <w:t xml:space="preserve"> </w:t>
      </w:r>
      <w:proofErr w:type="spellStart"/>
      <w:r w:rsidR="00592DAF">
        <w:rPr>
          <w:sz w:val="17"/>
        </w:rPr>
        <w:t>istituzionale</w:t>
      </w:r>
      <w:proofErr w:type="spellEnd"/>
      <w:r>
        <w:rPr>
          <w:sz w:val="17"/>
        </w:rPr>
        <w:t xml:space="preserve">; di </w:t>
      </w:r>
      <w:proofErr w:type="spellStart"/>
      <w:r>
        <w:rPr>
          <w:sz w:val="17"/>
        </w:rPr>
        <w:t>impegnarsi</w:t>
      </w:r>
      <w:proofErr w:type="spellEnd"/>
      <w:r>
        <w:rPr>
          <w:sz w:val="17"/>
        </w:rPr>
        <w:t xml:space="preserve"> al rispetto degli indirizzi della Federazione, delle regole di funzionamento delle Commissioni e degli obblighi di riservatezza applicabili; di essere consapevole che l’incar</w:t>
      </w:r>
      <w:r>
        <w:rPr>
          <w:sz w:val="17"/>
        </w:rPr>
        <w:t>ico non può essere invocato per sollecitare o favorire affidamenti professionali.</w:t>
      </w:r>
      <w:proofErr w:type="gramEnd"/>
    </w:p>
    <w:p w:rsidR="00D747C6" w:rsidRDefault="003650A3" w:rsidP="00592DAF">
      <w:pPr>
        <w:spacing w:after="100"/>
        <w:jc w:val="both"/>
      </w:pPr>
      <w:r>
        <w:rPr>
          <w:sz w:val="17"/>
        </w:rPr>
        <w:t>Il/La sottoscritto/a autorizza inoltre l’Ordine proponente a trasmettere alla Federazione i dati e la documentazione contenuti nel presente modulo, affinché siano trattati pe</w:t>
      </w:r>
      <w:r>
        <w:rPr>
          <w:sz w:val="17"/>
        </w:rPr>
        <w:t>r le finalità connesse alla valutazione della proposta e all’eventuale costituzione e gestione della Commissione, nel rispetto della normativa vigente in materia di protezione dei dati personali.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D747C6">
        <w:tc>
          <w:tcPr>
            <w:tcW w:w="4819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:rsidR="00D747C6" w:rsidRDefault="003650A3">
            <w:r>
              <w:rPr>
                <w:sz w:val="17"/>
              </w:rPr>
              <w:t>Luogo e data</w:t>
            </w:r>
          </w:p>
        </w:tc>
        <w:tc>
          <w:tcPr>
            <w:tcW w:w="4819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:rsidR="00D747C6" w:rsidRDefault="003650A3">
            <w:r>
              <w:rPr>
                <w:sz w:val="17"/>
              </w:rPr>
              <w:t>Firma del professionista</w:t>
            </w:r>
          </w:p>
        </w:tc>
      </w:tr>
      <w:tr w:rsidR="00D747C6">
        <w:tc>
          <w:tcPr>
            <w:tcW w:w="4819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:rsidR="00D747C6" w:rsidRDefault="003650A3">
            <w:r>
              <w:rPr>
                <w:sz w:val="17"/>
              </w:rPr>
              <w:br/>
              <w:t>____________________</w:t>
            </w:r>
            <w:r>
              <w:rPr>
                <w:sz w:val="17"/>
              </w:rPr>
              <w:t>____________</w:t>
            </w:r>
          </w:p>
        </w:tc>
        <w:tc>
          <w:tcPr>
            <w:tcW w:w="4819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:rsidR="00D747C6" w:rsidRDefault="003650A3">
            <w:r>
              <w:rPr>
                <w:sz w:val="17"/>
              </w:rPr>
              <w:br/>
              <w:t>________________________________</w:t>
            </w:r>
          </w:p>
        </w:tc>
      </w:tr>
    </w:tbl>
    <w:p w:rsidR="00D747C6" w:rsidRDefault="003650A3">
      <w:pPr>
        <w:spacing w:before="120"/>
      </w:pPr>
      <w:r>
        <w:rPr>
          <w:b/>
        </w:rPr>
        <w:t>5. ATTESTAZIONE DELL’ORDINE PROPONENTE</w:t>
      </w:r>
    </w:p>
    <w:p w:rsidR="00D747C6" w:rsidRDefault="003650A3">
      <w:pPr>
        <w:spacing w:after="80"/>
        <w:rPr>
          <w:sz w:val="17"/>
        </w:rPr>
      </w:pPr>
      <w:r>
        <w:rPr>
          <w:sz w:val="17"/>
        </w:rPr>
        <w:t xml:space="preserve">Il/La sottoscritto/a Presidente (o delegato/a) attesta che la presente proposta è stata deliberata o formalmente condivisa dall’organo competente dell’Ordine e che la </w:t>
      </w:r>
      <w:proofErr w:type="spellStart"/>
      <w:r>
        <w:rPr>
          <w:sz w:val="17"/>
        </w:rPr>
        <w:t>do</w:t>
      </w:r>
      <w:r>
        <w:rPr>
          <w:sz w:val="17"/>
        </w:rPr>
        <w:t>cumentazione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trasmessa</w:t>
      </w:r>
      <w:proofErr w:type="spellEnd"/>
      <w:r>
        <w:rPr>
          <w:sz w:val="17"/>
        </w:rPr>
        <w:t xml:space="preserve"> è </w:t>
      </w:r>
      <w:proofErr w:type="spellStart"/>
      <w:r>
        <w:rPr>
          <w:sz w:val="17"/>
        </w:rPr>
        <w:t>completa</w:t>
      </w:r>
      <w:proofErr w:type="spellEnd"/>
      <w:r>
        <w:rPr>
          <w:sz w:val="17"/>
        </w:rPr>
        <w:t>.</w:t>
      </w:r>
    </w:p>
    <w:p w:rsidR="00592DAF" w:rsidRDefault="00592DAF" w:rsidP="00592DAF">
      <w:pPr>
        <w:spacing w:after="80"/>
        <w:jc w:val="right"/>
        <w:rPr>
          <w:sz w:val="17"/>
        </w:rPr>
      </w:pPr>
    </w:p>
    <w:p w:rsidR="00592DAF" w:rsidRDefault="00592DAF" w:rsidP="00592DAF">
      <w:pPr>
        <w:spacing w:after="80"/>
        <w:jc w:val="right"/>
        <w:rPr>
          <w:sz w:val="17"/>
        </w:rPr>
      </w:pPr>
      <w:proofErr w:type="spellStart"/>
      <w:r>
        <w:rPr>
          <w:sz w:val="17"/>
        </w:rPr>
        <w:t>Ordine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dei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Chimici</w:t>
      </w:r>
      <w:proofErr w:type="spellEnd"/>
      <w:r>
        <w:rPr>
          <w:sz w:val="17"/>
        </w:rPr>
        <w:t xml:space="preserve"> e </w:t>
      </w:r>
      <w:proofErr w:type="spellStart"/>
      <w:r>
        <w:rPr>
          <w:sz w:val="17"/>
        </w:rPr>
        <w:t>Fisici</w:t>
      </w:r>
      <w:proofErr w:type="spellEnd"/>
      <w:r>
        <w:rPr>
          <w:sz w:val="17"/>
        </w:rPr>
        <w:t xml:space="preserve"> di _____________________</w:t>
      </w:r>
    </w:p>
    <w:p w:rsidR="00592DAF" w:rsidRDefault="00592DAF" w:rsidP="00592DAF">
      <w:pPr>
        <w:spacing w:after="80"/>
        <w:jc w:val="right"/>
        <w:rPr>
          <w:sz w:val="17"/>
        </w:rPr>
      </w:pPr>
      <w:bookmarkStart w:id="0" w:name="_GoBack"/>
      <w:bookmarkEnd w:id="0"/>
    </w:p>
    <w:p w:rsidR="00592DAF" w:rsidRPr="00592DAF" w:rsidRDefault="00592DAF" w:rsidP="00592DAF">
      <w:pPr>
        <w:spacing w:after="80"/>
        <w:jc w:val="right"/>
        <w:rPr>
          <w:i/>
          <w:sz w:val="17"/>
        </w:rPr>
      </w:pPr>
      <w:r w:rsidRPr="00592DAF">
        <w:rPr>
          <w:i/>
          <w:sz w:val="17"/>
        </w:rPr>
        <w:t>Firma ______________________________________________________</w:t>
      </w:r>
    </w:p>
    <w:sectPr w:rsidR="00592DAF" w:rsidRPr="00592DAF" w:rsidSect="00034616">
      <w:headerReference w:type="default" r:id="rId8"/>
      <w:footerReference w:type="default" r:id="rId9"/>
      <w:pgSz w:w="11906" w:h="16838"/>
      <w:pgMar w:top="964" w:right="1134" w:bottom="907" w:left="1134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0A3" w:rsidRDefault="003650A3">
      <w:pPr>
        <w:spacing w:after="0"/>
      </w:pPr>
      <w:r>
        <w:separator/>
      </w:r>
    </w:p>
  </w:endnote>
  <w:endnote w:type="continuationSeparator" w:id="0">
    <w:p w:rsidR="003650A3" w:rsidRDefault="003650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47C6" w:rsidRDefault="003650A3">
    <w:pPr>
      <w:pStyle w:val="Pidipagina"/>
      <w:jc w:val="center"/>
    </w:pPr>
    <w:r>
      <w:rPr>
        <w:color w:val="5A5A5A"/>
        <w:sz w:val="16"/>
      </w:rPr>
      <w:t>Allegato A – Commissioni Nazionali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0A3" w:rsidRDefault="003650A3">
      <w:pPr>
        <w:spacing w:after="0"/>
      </w:pPr>
      <w:r>
        <w:separator/>
      </w:r>
    </w:p>
  </w:footnote>
  <w:footnote w:type="continuationSeparator" w:id="0">
    <w:p w:rsidR="003650A3" w:rsidRDefault="003650A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47C6" w:rsidRDefault="003650A3">
    <w:pPr>
      <w:pStyle w:val="Intestazione"/>
      <w:jc w:val="center"/>
    </w:pPr>
    <w:r>
      <w:rPr>
        <w:b/>
        <w:color w:val="2D4C78"/>
        <w:sz w:val="18"/>
      </w:rPr>
      <w:t>FEDERAZIONE NAZIONALE DEGLI ORDINI DEI CHIMICI E DEI FISICI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50A3"/>
    <w:rsid w:val="00592DAF"/>
    <w:rsid w:val="00AA1D8D"/>
    <w:rsid w:val="00B47730"/>
    <w:rsid w:val="00CB0664"/>
    <w:rsid w:val="00D747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8E9D9CE-01C0-4E0C-9C03-952441D71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60" w:line="240" w:lineRule="auto"/>
    </w:pPr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2F5EE7-3872-483F-A29F-1DD56D2AB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– Modulo proposta Commissioni Nazionali 2026</dc:title>
  <dc:subject/>
  <dc:creator>Federazione Nazionale degli Ordini dei Chimici e dei Fisici</dc:creator>
  <cp:keywords/>
  <dc:description>generated by python-docx</dc:description>
  <cp:lastModifiedBy>Pierpaolo</cp:lastModifiedBy>
  <cp:revision>2</cp:revision>
  <dcterms:created xsi:type="dcterms:W3CDTF">2013-12-23T23:15:00Z</dcterms:created>
  <dcterms:modified xsi:type="dcterms:W3CDTF">2026-08-03T16:03:00Z</dcterms:modified>
  <cp:category/>
</cp:coreProperties>
</file>